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A483B" w14:textId="77777777" w:rsidR="00CF4586" w:rsidRDefault="00CF4586" w:rsidP="00CC5206">
      <w:pPr>
        <w:rPr>
          <w:rFonts w:ascii="Times New Roman" w:hAnsi="Times New Roman" w:cs="Times New Roman"/>
          <w:sz w:val="24"/>
          <w:szCs w:val="24"/>
        </w:rPr>
      </w:pPr>
    </w:p>
    <w:p w14:paraId="527C4D60" w14:textId="739774D7" w:rsidR="00CC0700" w:rsidRPr="004B7BDC" w:rsidRDefault="00CC5206" w:rsidP="00CC5206">
      <w:pPr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ДО ДИРЕКТОРА НА</w:t>
      </w:r>
    </w:p>
    <w:p w14:paraId="05B13C3D" w14:textId="60C99E39" w:rsidR="00CC0700" w:rsidRPr="0045173E" w:rsidRDefault="0045173E" w:rsidP="00CC520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ППМГ „</w:t>
      </w:r>
      <w:r>
        <w:rPr>
          <w:rFonts w:ascii="Times New Roman" w:hAnsi="Times New Roman" w:cs="Times New Roman"/>
          <w:sz w:val="24"/>
          <w:szCs w:val="24"/>
          <w:lang w:val="bg-BG"/>
        </w:rPr>
        <w:t>НАНЧО ПОПОВИЧ</w:t>
      </w:r>
      <w:proofErr w:type="gramStart"/>
      <w:r>
        <w:rPr>
          <w:rFonts w:ascii="Times New Roman" w:hAnsi="Times New Roman" w:cs="Times New Roman"/>
          <w:sz w:val="24"/>
          <w:szCs w:val="24"/>
        </w:rPr>
        <w:t>“ –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ШУМЕН</w:t>
      </w:r>
    </w:p>
    <w:p w14:paraId="1155A6BB" w14:textId="77777777" w:rsidR="004B7BDC" w:rsidRPr="004B7BDC" w:rsidRDefault="004B7BDC">
      <w:pPr>
        <w:pStyle w:val="Title"/>
        <w:jc w:val="center"/>
        <w:rPr>
          <w:rFonts w:ascii="Times New Roman" w:hAnsi="Times New Roman" w:cs="Times New Roman"/>
          <w:sz w:val="24"/>
          <w:szCs w:val="24"/>
        </w:rPr>
      </w:pPr>
    </w:p>
    <w:p w14:paraId="39B1B035" w14:textId="4A71FC6B" w:rsidR="004B7BDC" w:rsidRDefault="004B7BDC">
      <w:pPr>
        <w:pStyle w:val="Title"/>
        <w:jc w:val="center"/>
        <w:rPr>
          <w:rFonts w:ascii="Times New Roman" w:hAnsi="Times New Roman" w:cs="Times New Roman"/>
          <w:sz w:val="24"/>
          <w:szCs w:val="24"/>
        </w:rPr>
      </w:pPr>
    </w:p>
    <w:p w14:paraId="7B6093E6" w14:textId="1DEA1EF0" w:rsidR="00CC0700" w:rsidRPr="004B7BDC" w:rsidRDefault="00CC5206">
      <w:pPr>
        <w:pStyle w:val="Title"/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ЗАЯВЛЕНИЕ ЗА УЧАСТИЕ В РЕГИОНАЛНА ШКОЛА</w:t>
      </w:r>
    </w:p>
    <w:p w14:paraId="4316D10C" w14:textId="4C91F802" w:rsidR="00CC0700" w:rsidRPr="004B7BDC" w:rsidRDefault="00CC5206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B7BDC">
        <w:rPr>
          <w:rFonts w:ascii="Times New Roman" w:hAnsi="Times New Roman" w:cs="Times New Roman"/>
          <w:sz w:val="24"/>
          <w:szCs w:val="24"/>
        </w:rPr>
        <w:t>по</w:t>
      </w:r>
      <w:proofErr w:type="spellEnd"/>
      <w:proofErr w:type="gram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Национална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r w:rsidR="0045173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45173E">
        <w:rPr>
          <w:rFonts w:ascii="Times New Roman" w:hAnsi="Times New Roman" w:cs="Times New Roman"/>
          <w:sz w:val="24"/>
          <w:szCs w:val="24"/>
        </w:rPr>
        <w:t>Бъдеще</w:t>
      </w:r>
      <w:proofErr w:type="spellEnd"/>
      <w:r w:rsidR="004517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73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517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73E">
        <w:rPr>
          <w:rFonts w:ascii="Times New Roman" w:hAnsi="Times New Roman" w:cs="Times New Roman"/>
          <w:sz w:val="24"/>
          <w:szCs w:val="24"/>
        </w:rPr>
        <w:t>таланти</w:t>
      </w:r>
      <w:proofErr w:type="spellEnd"/>
      <w:r w:rsidR="0045173E">
        <w:rPr>
          <w:rFonts w:ascii="Times New Roman" w:hAnsi="Times New Roman" w:cs="Times New Roman"/>
          <w:sz w:val="24"/>
          <w:szCs w:val="24"/>
        </w:rPr>
        <w:t>“</w:t>
      </w:r>
    </w:p>
    <w:p w14:paraId="5D5E81D0" w14:textId="77777777" w:rsidR="00CC0700" w:rsidRPr="004B7BDC" w:rsidRDefault="00CC5206">
      <w:pPr>
        <w:spacing w:after="20"/>
        <w:rPr>
          <w:rFonts w:ascii="Times New Roman" w:hAnsi="Times New Roman" w:cs="Times New Roman"/>
          <w:sz w:val="24"/>
          <w:szCs w:val="24"/>
        </w:rPr>
      </w:pPr>
      <w:proofErr w:type="gramStart"/>
      <w:r w:rsidRPr="004B7BDC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</w:t>
      </w:r>
      <w:proofErr w:type="gramEnd"/>
    </w:p>
    <w:p w14:paraId="0DA6FB35" w14:textId="77777777" w:rsidR="00CC0700" w:rsidRPr="004B7BDC" w:rsidRDefault="00CC5206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 xml:space="preserve">                         (трите имена на родителя/настойника)</w:t>
      </w:r>
    </w:p>
    <w:p w14:paraId="59FFD048" w14:textId="77777777" w:rsidR="00CC0700" w:rsidRPr="004B7BDC" w:rsidRDefault="00CC5206">
      <w:pPr>
        <w:spacing w:after="200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Телефон за връзка: ....................................    Електронна поща: ........................................</w:t>
      </w:r>
    </w:p>
    <w:p w14:paraId="45E6448E" w14:textId="77777777" w:rsidR="00CC0700" w:rsidRPr="004B7BDC" w:rsidRDefault="00CC5206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14:paraId="2DE0D2BB" w14:textId="17ECA9C9" w:rsidR="00CC0700" w:rsidRPr="008F6927" w:rsidRDefault="00294582">
      <w:pPr>
        <w:spacing w:after="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 </w:t>
      </w:r>
      <w:r w:rsidR="00CC5206" w:rsidRPr="004B7BDC">
        <w:rPr>
          <w:rFonts w:ascii="Times New Roman" w:hAnsi="Times New Roman" w:cs="Times New Roman"/>
          <w:sz w:val="24"/>
          <w:szCs w:val="24"/>
        </w:rPr>
        <w:t xml:space="preserve"> детето ми ..........................................................................................................</w:t>
      </w:r>
      <w:r w:rsidR="008F6927">
        <w:rPr>
          <w:rFonts w:ascii="Times New Roman" w:hAnsi="Times New Roman" w:cs="Times New Roman"/>
          <w:sz w:val="24"/>
          <w:szCs w:val="24"/>
          <w:lang w:val="bg-BG"/>
        </w:rPr>
        <w:t>..</w:t>
      </w:r>
    </w:p>
    <w:p w14:paraId="25010CED" w14:textId="0E77CDE7" w:rsidR="00CC0700" w:rsidRPr="004B7BDC" w:rsidRDefault="00CC5206" w:rsidP="00294582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4B7BDC">
        <w:rPr>
          <w:rFonts w:ascii="Times New Roman" w:hAnsi="Times New Roman" w:cs="Times New Roman"/>
          <w:sz w:val="24"/>
          <w:szCs w:val="24"/>
        </w:rPr>
        <w:t>трите</w:t>
      </w:r>
      <w:proofErr w:type="spellEnd"/>
      <w:proofErr w:type="gram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)</w:t>
      </w:r>
    </w:p>
    <w:p w14:paraId="3459B465" w14:textId="350A6F66" w:rsidR="00CC0700" w:rsidRPr="008F6927" w:rsidRDefault="00CC5206">
      <w:pPr>
        <w:spacing w:after="20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4B7BDC">
        <w:rPr>
          <w:rFonts w:ascii="Times New Roman" w:hAnsi="Times New Roman" w:cs="Times New Roman"/>
          <w:sz w:val="24"/>
          <w:szCs w:val="24"/>
        </w:rPr>
        <w:t>ученик/ученичка</w:t>
      </w:r>
      <w:proofErr w:type="gramEnd"/>
      <w:r w:rsidRPr="004B7BDC">
        <w:rPr>
          <w:rFonts w:ascii="Times New Roman" w:hAnsi="Times New Roman" w:cs="Times New Roman"/>
          <w:sz w:val="24"/>
          <w:szCs w:val="24"/>
        </w:rPr>
        <w:t xml:space="preserve"> в .......... клас на ...................................................................................</w:t>
      </w:r>
      <w:r w:rsidR="008F6927">
        <w:rPr>
          <w:rFonts w:ascii="Times New Roman" w:hAnsi="Times New Roman" w:cs="Times New Roman"/>
          <w:sz w:val="24"/>
          <w:szCs w:val="24"/>
          <w:lang w:val="bg-BG"/>
        </w:rPr>
        <w:t>..................</w:t>
      </w:r>
    </w:p>
    <w:p w14:paraId="706A476D" w14:textId="2522C47A" w:rsidR="00CC0700" w:rsidRPr="004B7BDC" w:rsidRDefault="00CC5206" w:rsidP="00294582">
      <w:pPr>
        <w:spacing w:after="140"/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4B7BDC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proofErr w:type="gramEnd"/>
      <w:r w:rsidRPr="004B7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населено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)</w:t>
      </w:r>
    </w:p>
    <w:p w14:paraId="7922A673" w14:textId="3BDA600E" w:rsidR="00234A7D" w:rsidRPr="00FE2319" w:rsidRDefault="00234A7D" w:rsidP="0098692B">
      <w:pPr>
        <w:spacing w:after="140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FE231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319">
        <w:rPr>
          <w:rFonts w:ascii="Times New Roman" w:hAnsi="Times New Roman" w:cs="Times New Roman"/>
          <w:sz w:val="24"/>
          <w:szCs w:val="24"/>
        </w:rPr>
        <w:t>участва</w:t>
      </w:r>
      <w:proofErr w:type="spellEnd"/>
      <w:r w:rsidRPr="00FE231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E2319">
        <w:rPr>
          <w:rFonts w:ascii="Times New Roman" w:hAnsi="Times New Roman" w:cs="Times New Roman"/>
          <w:sz w:val="24"/>
          <w:szCs w:val="24"/>
        </w:rPr>
        <w:t>подбор</w:t>
      </w:r>
      <w:r w:rsidR="00956570" w:rsidRPr="00FE2319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956570"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570" w:rsidRPr="00FE231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56570"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570" w:rsidRPr="00FE2319">
        <w:rPr>
          <w:rFonts w:ascii="Times New Roman" w:hAnsi="Times New Roman" w:cs="Times New Roman"/>
          <w:sz w:val="24"/>
          <w:szCs w:val="24"/>
        </w:rPr>
        <w:t>регионална</w:t>
      </w:r>
      <w:proofErr w:type="spellEnd"/>
      <w:r w:rsidR="00956570"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570" w:rsidRPr="00FE2319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="00956570"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570" w:rsidRPr="00FE231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956570" w:rsidRPr="00FE2319">
        <w:rPr>
          <w:rFonts w:ascii="Times New Roman" w:hAnsi="Times New Roman" w:cs="Times New Roman"/>
          <w:sz w:val="24"/>
          <w:szCs w:val="24"/>
        </w:rPr>
        <w:t xml:space="preserve"> </w:t>
      </w:r>
      <w:r w:rsidR="00956570" w:rsidRPr="00FE2319">
        <w:rPr>
          <w:rFonts w:ascii="Times New Roman" w:hAnsi="Times New Roman" w:cs="Times New Roman"/>
          <w:sz w:val="24"/>
          <w:szCs w:val="24"/>
          <w:lang w:val="bg-BG"/>
        </w:rPr>
        <w:t>математика</w:t>
      </w:r>
      <w:r w:rsidR="00956570" w:rsidRPr="00FE2319">
        <w:rPr>
          <w:rFonts w:ascii="Times New Roman" w:hAnsi="Times New Roman" w:cs="Times New Roman"/>
          <w:sz w:val="24"/>
          <w:szCs w:val="24"/>
        </w:rPr>
        <w:t xml:space="preserve"> </w:t>
      </w:r>
      <w:r w:rsidR="00956570" w:rsidRPr="00FE2319">
        <w:rPr>
          <w:rFonts w:ascii="Times New Roman" w:hAnsi="Times New Roman" w:cs="Times New Roman"/>
          <w:sz w:val="24"/>
          <w:szCs w:val="24"/>
          <w:lang w:val="bg-BG"/>
        </w:rPr>
        <w:t>по</w:t>
      </w:r>
      <w:r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319">
        <w:rPr>
          <w:rFonts w:ascii="Times New Roman" w:hAnsi="Times New Roman" w:cs="Times New Roman"/>
          <w:sz w:val="24"/>
          <w:szCs w:val="24"/>
        </w:rPr>
        <w:t>Национална</w:t>
      </w:r>
      <w:proofErr w:type="spellEnd"/>
      <w:r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319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FE23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E2319">
        <w:rPr>
          <w:rFonts w:ascii="Times New Roman" w:hAnsi="Times New Roman" w:cs="Times New Roman"/>
          <w:sz w:val="24"/>
          <w:szCs w:val="24"/>
        </w:rPr>
        <w:t>Бъдеще</w:t>
      </w:r>
      <w:proofErr w:type="spellEnd"/>
      <w:r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31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E2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319">
        <w:rPr>
          <w:rFonts w:ascii="Times New Roman" w:hAnsi="Times New Roman" w:cs="Times New Roman"/>
          <w:sz w:val="24"/>
          <w:szCs w:val="24"/>
        </w:rPr>
        <w:t>таланти</w:t>
      </w:r>
      <w:proofErr w:type="spellEnd"/>
      <w:r w:rsidRPr="00FE2319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FE2319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FE2319">
        <w:rPr>
          <w:rFonts w:ascii="Times New Roman" w:hAnsi="Times New Roman" w:cs="Times New Roman"/>
          <w:sz w:val="24"/>
          <w:szCs w:val="24"/>
        </w:rPr>
        <w:t xml:space="preserve"> 2026/2027</w:t>
      </w:r>
      <w:r w:rsidRPr="00FE2319">
        <w:rPr>
          <w:rFonts w:ascii="Times New Roman" w:hAnsi="Times New Roman" w:cs="Times New Roman"/>
          <w:sz w:val="24"/>
          <w:szCs w:val="24"/>
          <w:lang w:val="bg-BG"/>
        </w:rPr>
        <w:t xml:space="preserve"> учебна година</w:t>
      </w:r>
    </w:p>
    <w:p w14:paraId="1D8986AF" w14:textId="45162A3F" w:rsidR="00C37B78" w:rsidRDefault="00C37B78" w:rsidP="00C37B78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05BA9319" w14:textId="77777777" w:rsidR="00C37B78" w:rsidRPr="004B7BDC" w:rsidRDefault="00C37B78" w:rsidP="00C37B7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: ............................. г.                    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родителя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настойника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: .............................</w:t>
      </w:r>
    </w:p>
    <w:p w14:paraId="7E5F8F7F" w14:textId="3310E875" w:rsidR="00C37B78" w:rsidRDefault="00C37B78" w:rsidP="00C37B78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022B2CF7" w14:textId="77777777" w:rsidR="00DE4297" w:rsidRDefault="00DE4297" w:rsidP="00294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C441E" w14:textId="24C70583" w:rsidR="00CC0700" w:rsidRPr="004B7BDC" w:rsidRDefault="00CC5206" w:rsidP="00294582">
      <w:pPr>
        <w:jc w:val="center"/>
        <w:rPr>
          <w:rFonts w:ascii="Times New Roman" w:hAnsi="Times New Roman" w:cs="Times New Roman"/>
          <w:sz w:val="24"/>
          <w:szCs w:val="24"/>
        </w:rPr>
      </w:pPr>
      <w:r w:rsidRPr="004B7BDC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14:paraId="119E003A" w14:textId="1FCAF353" w:rsidR="00CC0700" w:rsidRPr="004B7BDC" w:rsidRDefault="00CC5206" w:rsidP="00CF45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Декларирам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включено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Национална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Ученически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олимпиади</w:t>
      </w:r>
      <w:proofErr w:type="spellEnd"/>
      <w:r w:rsidR="00ED5D2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B7BDC">
        <w:rPr>
          <w:rFonts w:ascii="Times New Roman" w:hAnsi="Times New Roman" w:cs="Times New Roman"/>
          <w:sz w:val="24"/>
          <w:szCs w:val="24"/>
        </w:rPr>
        <w:t>и</w:t>
      </w:r>
      <w:r w:rsidR="00ED5D2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състезания</w:t>
      </w:r>
      <w:proofErr w:type="spellEnd"/>
      <w:proofErr w:type="gramStart"/>
      <w:r w:rsidRPr="004B7BDC">
        <w:rPr>
          <w:rFonts w:ascii="Times New Roman" w:hAnsi="Times New Roman" w:cs="Times New Roman"/>
          <w:sz w:val="24"/>
          <w:szCs w:val="24"/>
        </w:rPr>
        <w:t>“</w:t>
      </w:r>
      <w:r w:rsidR="00D261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E43EC4">
        <w:rPr>
          <w:rFonts w:ascii="Times New Roman" w:hAnsi="Times New Roman" w:cs="Times New Roman"/>
          <w:sz w:val="24"/>
          <w:szCs w:val="24"/>
        </w:rPr>
        <w:t>по</w:t>
      </w:r>
      <w:proofErr w:type="spellEnd"/>
      <w:proofErr w:type="gramEnd"/>
      <w:r w:rsidR="00E43EC4">
        <w:rPr>
          <w:rFonts w:ascii="Times New Roman" w:hAnsi="Times New Roman" w:cs="Times New Roman"/>
          <w:sz w:val="24"/>
          <w:szCs w:val="24"/>
        </w:rPr>
        <w:t xml:space="preserve"> </w:t>
      </w:r>
      <w:r w:rsidR="00E43EC4">
        <w:rPr>
          <w:rFonts w:ascii="Times New Roman" w:hAnsi="Times New Roman" w:cs="Times New Roman"/>
          <w:sz w:val="24"/>
          <w:szCs w:val="24"/>
          <w:lang w:val="bg-BG"/>
        </w:rPr>
        <w:t>математика</w:t>
      </w:r>
      <w:r w:rsidRPr="004B7BDC">
        <w:rPr>
          <w:rFonts w:ascii="Times New Roman" w:hAnsi="Times New Roman" w:cs="Times New Roman"/>
          <w:sz w:val="24"/>
          <w:szCs w:val="24"/>
        </w:rPr>
        <w:t>.</w:t>
      </w:r>
    </w:p>
    <w:p w14:paraId="757B75ED" w14:textId="1A3D9F12" w:rsidR="00CC0700" w:rsidRDefault="00D261D8" w:rsidP="00D261D8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Известно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е,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подаването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заявление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гарантира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школата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у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частниците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определят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61D8">
        <w:rPr>
          <w:rFonts w:ascii="Times New Roman" w:eastAsia="Times New Roman" w:hAnsi="Times New Roman" w:cs="Times New Roman"/>
          <w:sz w:val="24"/>
          <w:szCs w:val="24"/>
        </w:rPr>
        <w:t>подбор</w:t>
      </w:r>
      <w:proofErr w:type="spellEnd"/>
      <w:r w:rsidRPr="00D261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0C402B" w14:textId="76068829" w:rsidR="00E170DF" w:rsidRPr="00E170DF" w:rsidRDefault="00E170DF" w:rsidP="00E170DF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Декларирам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съгласието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явява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обявения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входен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изпит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успешно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класиране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участва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предвидените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присъствени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обучение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170DF">
        <w:rPr>
          <w:rFonts w:ascii="Times New Roman" w:hAnsi="Times New Roman" w:cs="Times New Roman"/>
          <w:sz w:val="24"/>
          <w:szCs w:val="24"/>
        </w:rPr>
        <w:t>школата</w:t>
      </w:r>
      <w:proofErr w:type="spellEnd"/>
      <w:r w:rsidRPr="00E170DF">
        <w:rPr>
          <w:rFonts w:ascii="Times New Roman" w:hAnsi="Times New Roman" w:cs="Times New Roman"/>
          <w:sz w:val="24"/>
          <w:szCs w:val="24"/>
        </w:rPr>
        <w:t>.</w:t>
      </w:r>
    </w:p>
    <w:p w14:paraId="3E38CA45" w14:textId="07FBC199" w:rsidR="00CF4586" w:rsidRDefault="00CF4586" w:rsidP="00E170DF">
      <w:pPr>
        <w:pStyle w:val="NormalWeb"/>
        <w:spacing w:before="120" w:beforeAutospacing="0" w:after="60" w:afterAutospacing="0"/>
        <w:jc w:val="both"/>
      </w:pPr>
      <w:proofErr w:type="spellStart"/>
      <w:r>
        <w:t>Давам</w:t>
      </w:r>
      <w:proofErr w:type="spellEnd"/>
      <w:r>
        <w:t xml:space="preserve"> </w:t>
      </w:r>
      <w:proofErr w:type="spellStart"/>
      <w:r>
        <w:t>съгласиет</w:t>
      </w:r>
      <w:r w:rsidR="00964476">
        <w:t>о</w:t>
      </w:r>
      <w:proofErr w:type="spellEnd"/>
      <w:r w:rsidR="00964476">
        <w:t xml:space="preserve"> </w:t>
      </w:r>
      <w:proofErr w:type="spellStart"/>
      <w:r w:rsidR="00964476">
        <w:t>си</w:t>
      </w:r>
      <w:proofErr w:type="spellEnd"/>
      <w:r w:rsidR="00964476">
        <w:t xml:space="preserve"> ППМГ „</w:t>
      </w:r>
      <w:r w:rsidR="00964476">
        <w:rPr>
          <w:lang w:val="bg-BG"/>
        </w:rPr>
        <w:t>Нанчо Попович</w:t>
      </w:r>
      <w:proofErr w:type="gramStart"/>
      <w:r w:rsidR="00964476">
        <w:t>“ –</w:t>
      </w:r>
      <w:proofErr w:type="gramEnd"/>
      <w:r w:rsidR="00964476">
        <w:t xml:space="preserve"> </w:t>
      </w:r>
      <w:r w:rsidR="00964476">
        <w:rPr>
          <w:lang w:val="bg-BG"/>
        </w:rPr>
        <w:t>Шумен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предоставените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и </w:t>
      </w:r>
      <w:proofErr w:type="spellStart"/>
      <w:r>
        <w:t>моето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единствено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подбора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посочената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>. Мога да оттегля съгласието си по всяко време чрез уведомяване на училището, без това да засяга законосъобразността на обработването преди оттеглянето.</w:t>
      </w:r>
    </w:p>
    <w:p w14:paraId="2996115E" w14:textId="43FE7167" w:rsidR="00234A7D" w:rsidRDefault="00234A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14D45" w14:textId="77777777" w:rsidR="00D261D8" w:rsidRDefault="00D261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680288" w14:textId="1BCDE256" w:rsidR="00CC0700" w:rsidRDefault="00CC5206" w:rsidP="00DB4A16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: ............................. г.                     </w:t>
      </w:r>
      <w:r w:rsidR="0083647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родителя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B7BDC">
        <w:rPr>
          <w:rFonts w:ascii="Times New Roman" w:hAnsi="Times New Roman" w:cs="Times New Roman"/>
          <w:sz w:val="24"/>
          <w:szCs w:val="24"/>
        </w:rPr>
        <w:t>настойника</w:t>
      </w:r>
      <w:proofErr w:type="spellEnd"/>
      <w:r w:rsidRPr="004B7BDC">
        <w:rPr>
          <w:rFonts w:ascii="Times New Roman" w:hAnsi="Times New Roman" w:cs="Times New Roman"/>
          <w:sz w:val="24"/>
          <w:szCs w:val="24"/>
        </w:rPr>
        <w:t>: .............................</w:t>
      </w:r>
      <w:bookmarkStart w:id="0" w:name="_GoBack"/>
      <w:bookmarkEnd w:id="0"/>
    </w:p>
    <w:p w14:paraId="7A3F6F23" w14:textId="688C8DB4" w:rsidR="0083647D" w:rsidRPr="004B7BDC" w:rsidRDefault="00465101" w:rsidP="004651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</w:t>
      </w:r>
      <w:proofErr w:type="spellStart"/>
      <w:r w:rsidR="0083647D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="00836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47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3647D">
        <w:rPr>
          <w:rFonts w:ascii="Times New Roman" w:hAnsi="Times New Roman" w:cs="Times New Roman"/>
          <w:sz w:val="24"/>
          <w:szCs w:val="24"/>
        </w:rPr>
        <w:t xml:space="preserve"> </w:t>
      </w:r>
      <w:r w:rsidR="0083647D">
        <w:rPr>
          <w:rFonts w:ascii="Times New Roman" w:hAnsi="Times New Roman" w:cs="Times New Roman"/>
          <w:sz w:val="24"/>
          <w:szCs w:val="24"/>
          <w:lang w:val="bg-BG"/>
        </w:rPr>
        <w:t>ученика</w:t>
      </w:r>
      <w:r w:rsidR="0083647D" w:rsidRPr="004B7BDC">
        <w:rPr>
          <w:rFonts w:ascii="Times New Roman" w:hAnsi="Times New Roman" w:cs="Times New Roman"/>
          <w:sz w:val="24"/>
          <w:szCs w:val="24"/>
        </w:rPr>
        <w:t>: .............................</w:t>
      </w:r>
    </w:p>
    <w:sectPr w:rsidR="0083647D" w:rsidRPr="004B7BDC" w:rsidSect="00CF4586">
      <w:pgSz w:w="11906" w:h="16838"/>
      <w:pgMar w:top="567" w:right="1134" w:bottom="28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9D34E4"/>
    <w:multiLevelType w:val="hybridMultilevel"/>
    <w:tmpl w:val="22EAC41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061A"/>
    <w:rsid w:val="00234A7D"/>
    <w:rsid w:val="00294582"/>
    <w:rsid w:val="0029639D"/>
    <w:rsid w:val="003109BF"/>
    <w:rsid w:val="00326F90"/>
    <w:rsid w:val="00395196"/>
    <w:rsid w:val="003E524F"/>
    <w:rsid w:val="0045173E"/>
    <w:rsid w:val="00465101"/>
    <w:rsid w:val="004B7BDC"/>
    <w:rsid w:val="00676535"/>
    <w:rsid w:val="006C0E64"/>
    <w:rsid w:val="0083647D"/>
    <w:rsid w:val="008E758B"/>
    <w:rsid w:val="008F6927"/>
    <w:rsid w:val="008F697E"/>
    <w:rsid w:val="00956570"/>
    <w:rsid w:val="00964476"/>
    <w:rsid w:val="0098692B"/>
    <w:rsid w:val="00AA1D8D"/>
    <w:rsid w:val="00B47730"/>
    <w:rsid w:val="00C37B78"/>
    <w:rsid w:val="00C761EF"/>
    <w:rsid w:val="00CB0664"/>
    <w:rsid w:val="00CC0700"/>
    <w:rsid w:val="00CC5206"/>
    <w:rsid w:val="00CF4586"/>
    <w:rsid w:val="00D261D8"/>
    <w:rsid w:val="00DB26EC"/>
    <w:rsid w:val="00DB4A16"/>
    <w:rsid w:val="00DE4297"/>
    <w:rsid w:val="00E170DF"/>
    <w:rsid w:val="00E43EC4"/>
    <w:rsid w:val="00ED5D21"/>
    <w:rsid w:val="00FC693F"/>
    <w:rsid w:val="00FE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B6011D"/>
  <w14:defaultImageDpi w14:val="300"/>
  <w15:docId w15:val="{ADD3F1B2-07DB-4CC4-9417-EA911973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F4586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ACC8DE-AB12-4F67-9B51-C79CE4E28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Mehmed</cp:lastModifiedBy>
  <cp:revision>21</cp:revision>
  <cp:lastPrinted>2026-09-30T08:22:00Z</cp:lastPrinted>
  <dcterms:created xsi:type="dcterms:W3CDTF">2026-09-30T20:21:00Z</dcterms:created>
  <dcterms:modified xsi:type="dcterms:W3CDTF">2026-10-07T06:58:00Z</dcterms:modified>
  <cp:category/>
</cp:coreProperties>
</file>